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 - תחנה 4, מסע הלשון של 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הקשר בין שני חלקי משפט (סיבה, תוצאה, ניגוד, תוספת, תכלית, זמן, תנאי)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מילת הקישור המתאימה ביותר להשלמת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תוך שימוש נכון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הגשר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מראה סתירה בין שני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'לכן' מראה תוצאה, לא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הגשר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קישור לסוג הגשר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(גשר של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(גשר של 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(גשר של ניגוד)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הגשר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שני חלקי המשפט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מילת קישור שמתאימה לקשר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משלבים את מילת הקישור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המשפט השלם ובודקים שהוא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בונים גשרים משלכם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מילה שמחברת בין חלקי משפט או בין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לניגוד: אבל/למרות ש; לתוצאה: לכן/בגלל 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זמן מראה מתי קרה דבר מה, תנאי מראה מה יקרה אם יתקיים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במשל האיים והגשרים כדי להמחיש את תפקיד 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המילוי בכתב, כדי לחזק את ההבנה השמיעתית של הקשרים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להשמיט את הפריטים המסומנים כקשים ולהתמקד בזיהוי בסיסי של סיבה, תוצאה וניגוד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 - תחנה 4, מסע הלשון של 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כל משפט הוא כמו אי קטן, ומילות הקישור הן הגשרים שמחברים בין האיים. בדף הזה נתרגל לבחור את הגשר הנכון - כי גשר לא מתאים יכול להפיל את המשפט.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לפני ש  ·  לכן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הגשר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הילד למד הרבה, ___ הוא קיבל ציון טוב.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 הלכתי לים ___ ירד גשם.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הקישור 'למרות ש' מציינת ניגוד בין שני חלקי המשפט.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הקישור 'לכן' מסבירה את הסיבה למשהו.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הגשר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אכלתי ארוחת בוקר __________ יצאתי לבית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היא תרגלה הרבה, __________ היא ניגנה יפה בקונצרט.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מילת קישור לסוג הגשר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גשר של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גשר של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גשר של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הגשר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משלבים את מילת הקישור במשפט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המשפט השלם ובודקים שהוא הגיוני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מילת קישור שמתאימה לקשר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שני חלקי המשפט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בונים גשרים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מילת קישור, ומה תפקידה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של ניגוד ולמילת קישור של תוצאה.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 - תחנה 4, מסע הלשון של 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