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סוג הקשר בין שני חלקי משפט (סיבה, תוצאה, ניגוד, תוספת,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מילת הקישור המתאימה ביותר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הגשר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וגם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מראה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'לכן' מראה תוצאה, לא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מסבירה בשביל מה עושים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קשר של זמן מראה מתי, קשר של תנאי מראה מה יקרה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הגשר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מילת קישור לסוג הגשר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(גשר של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(גשר של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(גשר של 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(גשר של 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(גשר של 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הגשר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חלקי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מה הקשר ביניהם - סיבה, תוצאה, ניגוד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מילת קישור שמתאימה לקשר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משלבים את מילת הקישור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המשפט השלם ובודקים שהוא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בונים גשרים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עם מילת קישור מתאימה לסוג המבוקש, והמשפט הגיוני והשלם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מילה שמחברת בין חלקי משפט או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לניגוד: אבל/למרות ש; לתוצאה: לכן/בגלל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זמן מראה מתי קרה דבר מה, תנאי מראה מה יקרה אם יתקיים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במשל האיים והגשרים כדי להמחיש את תפקיד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המילוי בכתב, כדי לחזק את ההבנה השמיעתית של 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בזיהוי בסיסי של סיבה, תוצאה וניגוד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- תחנה 4, מסע הלשון של 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משפט הוא כמו אי. מילת קישור היא גשר בין שני משפטים. בדף נלמד איזה גשר מתאים לכל 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חלקים של משפט או בין שני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 למה משהו קרה, למשל: כי, מכיוון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מה קרה בעקבות משהו, למשל: לכן, בגלל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הבדל או סתירה, למשל: אבל, למרות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מוסיף מידע נוסף, למשל: וגם,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 מטרה, למשל: כדי ש, למען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מתי קרה משהו, למשל: כאשר, לפני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של 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מראה מה יקרה אם יתקיים תנאי, למשל: אם, אילו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הגשר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שמתאימה: למד הרבה ___ קיבל ציון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מילת הניגוד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מילת המטרה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כאשר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מילת התנאי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מילת התוספת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'למרות ש' מציינת ניגוד בין שני חלקי המשפט.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'לכן' מסבירה את הסיבה למשהו.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'כדי ש' משמשת להסבר מטרה או תכלית.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הבדל בין קשר של זמן לקשר של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הגשר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אכלתי ארוחת בוקר __________ יצאתי לבית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תרגלה הרבה, __________ היא ניגנה יפה בקונצרט.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נעזור לחברים __________ הם יצליחו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יהיה חם מחר, נלך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אוהב ספורט, __________ אחותו מעדיפה מוזיקה.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מילת קישור לסוג הגשר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גשר של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גשר של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גשר של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גשר של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גשר של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הגשר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מילת קישור שמתאימה לקשר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משלבים את מילת הקישור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המשפט השלם ובודקים שהוא הגיוני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שני חלקי המשפט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מה הקשר ביניהם - סיבה, תוצאה, ניגוד ועוד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בונים גשרים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משלכם, בכל משפט השתמשו במילת קישור אחרת: אחת של סיבה, אחת של ניגוד ואחת של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מילת קישור, ומה תפקידה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של ניגוד ולמילת קישור של תוצאה.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קשר של זמן לקשר של תנאי?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- תחנה 4, מסע הלשון של 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