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קישור - תחנה 4, מסע הלשון של ו׳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סוג הקשר בין שני חלקי משפט (סיבה, תוצאה, ניגוד, תוספת, תכלית, זמן, תנאי)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לבחור את מילת הקישור המתאימה ביותר להשלמת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משפטים תקינים תוך שימוש נכון במילות 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הגשר המתאים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כדי 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אם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וגם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היא מראה סתירה בין שני רעיונות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'לכן' מראה תוצאה, לא סיבה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היא מסבירה בשביל מה עושים משהו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קשר של זמן מראה מתי, קשר של תנאי מראה מה יקרה אם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הגשר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לפני 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כדי 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אבל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מילת קישור לסוג הגשר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(גשר של סיבה)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(גשר של תוצאה)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(גשר של ניגוד)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(גשר של תכלית)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(גשר של תנאי)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בניית הגשר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שני חלקי המשפט בעיון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שואלים מה הקשר ביניהם - סיבה, תוצאה, ניגוד ועוד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בוחרים מילת קישור שמתאימה לקשר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משלבים את מילת הקישור במשפט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קוראים את המשפט השלם ובודקים שהוא הגיוני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בונים גשרים משלכם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שלושה משפטים תקינים, כל אחד עם מילת קישור מתאימה לסוג המבוקש, והמשפט הגיוני והשלם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הגדרה: מילה שמחברת בין חלקי משפט או בין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לניגוד: אבל/למרות ש; לתוצאה: לכן/בגלל זה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זמן מראה מתי קרה דבר מה, תנאי מראה מה יקרה אם יתקיים משהו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במשל האיים והגשרים כדי להמחיש את תפקיד מילות הקישור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בעל פה לפני המילוי בכתב, כדי לחזק את ההבנה השמיעתית של הקשרים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לחינוך מיוחד להשמיט את הפריטים המסומנים כקשים ולהתמקד בזיהוי בסיסי של סיבה, תוצאה וניגוד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קישור - תחנה 4, מסע הלשון של ו׳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כל משפט הוא כמו אי קטן, ומילות הקישור הן הגשרים שמחברים בין האיים. בדף הזה נתרגל לבחור את הגשר הנכון - כי גשר לא מתאים יכול להפיל את המשפט.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הגשר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הילד למד הרבה, ___ הוא קיבל ציון טוב.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לא הלכתי לים ___ ירד גשם.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היא אוהבת לקרוא, ___ אחיה מעדיף לצייר.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וגם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אחרי 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נלמד שעה נוספת ___ נצליח במבחן.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למרות 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בגלל 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כאשר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___ ירד גשם, נלך לטייל בחוץ.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קניתי תפוחים ___ בננות בשוק.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למרות 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וגם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הקישור 'למרות ש' מציינת ניגוד בין שני חלקי המשפט.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הקישור 'לכן' מסבירה את הסיבה למשהו.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הקישור 'כדי ש' משמשת להסבר מטרה או תכלית.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אין הבדל בין קשר של זמן לקשר של תנאי.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הגשר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אכלתי ארוחת בוקר __________ יצאתי לבית הספר.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היא תרגלה הרבה, __________ היא ניגנה יפה בקונצרט.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נעזור לחברים __________ הם יצליחו במשימה.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יהיה חם מחר, נלך 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הוא אוהב ספורט, __________ אחותו מעדיפה מוזיקה.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מילת קישור לסוג הגשר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גשר של תנאי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לכן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גשר של ניגוד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אבל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גשר של תכלית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כדי 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גשר של תוצאה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גשר של סיבה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בניית הגשר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מילת קישור שמתאימה לקשר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המשפט השלם ובודקים שהוא הגיוני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שני חלקי המשפט בעיון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מה הקשר ביניהם - סיבה, תוצאה, ניגוד ועוד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משלבים את מילת הקישור במשפט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בונים גשרים משלכם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משפטים משלכם, בכל משפט השתמשו במילת קישור אחרת: אחת של סיבה, אחת של ניגוד ואחת של תוצאה.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מילת קישור, ומה תפקידה במשפט?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למילת קישור של ניגוד ולמילת קישור של תוצאה.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קשר של זמן לקשר של תנאי?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מילות קישור - תחנה 4, מסע הלשון של ו׳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